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15"/>
        <w:gridCol w:w="3617"/>
        <w:gridCol w:w="3114"/>
      </w:tblGrid>
      <w:tr w:rsidR="0020514B" w14:paraId="4768D6B7" w14:textId="77777777">
        <w:trPr>
          <w:jc w:val="center"/>
        </w:trPr>
        <w:tc>
          <w:tcPr>
            <w:tcW w:w="3249" w:type="dxa"/>
            <w:vAlign w:val="center"/>
          </w:tcPr>
          <w:p w14:paraId="16009F09" w14:textId="77777777" w:rsidR="0020514B" w:rsidRDefault="007E69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D2FDD3" wp14:editId="37604D69">
                  <wp:extent cx="1332000" cy="11377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95058998945013121136116267108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13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9" w:type="dxa"/>
            <w:vAlign w:val="center"/>
          </w:tcPr>
          <w:p w14:paraId="30E1D3F1" w14:textId="77777777" w:rsidR="0020514B" w:rsidRDefault="007E69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86931C" wp14:editId="39C6441B">
                  <wp:extent cx="2160000" cy="680548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680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9" w:type="dxa"/>
            <w:vAlign w:val="center"/>
          </w:tcPr>
          <w:p w14:paraId="628C9CD1" w14:textId="77777777" w:rsidR="0020514B" w:rsidRDefault="007E69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2F9CB9" wp14:editId="6B9C21AC">
                  <wp:extent cx="1584000" cy="71435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3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0" cy="714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020DB0" w14:textId="77777777" w:rsidR="0020514B" w:rsidRDefault="0020514B"/>
    <w:p w14:paraId="15D3DF4C" w14:textId="44A162E1" w:rsidR="0020514B" w:rsidRDefault="007E6900">
      <w:pPr>
        <w:jc w:val="right"/>
      </w:pPr>
      <w:r>
        <w:t>Spett.le</w:t>
      </w:r>
      <w:r>
        <w:br/>
        <w:t>MEDIALI Impresa Sociale S.r.l.</w:t>
      </w:r>
      <w:r>
        <w:br/>
        <w:t>Via Castellana n. 110</w:t>
      </w:r>
      <w:r>
        <w:br/>
        <w:t>Palermo</w:t>
      </w:r>
      <w:r>
        <w:br/>
        <w:t xml:space="preserve">PEC: </w:t>
      </w:r>
      <w:r w:rsidRPr="007E6900">
        <w:t>mediali@pec.it</w:t>
      </w:r>
    </w:p>
    <w:p w14:paraId="7C2A2F96" w14:textId="77777777" w:rsidR="0020514B" w:rsidRDefault="007E6900">
      <w:pPr>
        <w:jc w:val="center"/>
      </w:pPr>
      <w:r>
        <w:rPr>
          <w:b/>
          <w:sz w:val="30"/>
        </w:rPr>
        <w:t>DOMANDA DI CANDIDATURA</w:t>
      </w:r>
    </w:p>
    <w:p w14:paraId="79708A8B" w14:textId="77777777" w:rsidR="0020514B" w:rsidRDefault="007E6900">
      <w:pPr>
        <w:jc w:val="center"/>
      </w:pPr>
      <w:r>
        <w:rPr>
          <w:b/>
        </w:rPr>
        <w:t xml:space="preserve">Manifestazione di interesse per la selezione di n. 35 operatori da impiegare nelle attività di </w:t>
      </w:r>
      <w:r>
        <w:rPr>
          <w:b/>
        </w:rPr>
        <w:t>rilevazione, somministrazione, raccolta, caricamento e lavorazione dei questionari</w:t>
      </w:r>
    </w:p>
    <w:p w14:paraId="6D7FFCD7" w14:textId="77777777" w:rsidR="0020514B" w:rsidRDefault="007E6900">
      <w:pPr>
        <w:jc w:val="center"/>
      </w:pPr>
      <w:r>
        <w:rPr>
          <w:i/>
        </w:rPr>
        <w:t>Progetto “Filiere zootecniche della qualità e dell’identità siciliane – Filiera Lattiero-Casearia”</w:t>
      </w:r>
    </w:p>
    <w:p w14:paraId="6213B82B" w14:textId="77777777" w:rsidR="0020514B" w:rsidRDefault="007E6900">
      <w:r>
        <w:t>Il/La sottoscritto/a _____________________________________________________</w:t>
      </w:r>
      <w:r>
        <w:t>_________</w:t>
      </w:r>
    </w:p>
    <w:p w14:paraId="298D3166" w14:textId="77777777" w:rsidR="0020514B" w:rsidRDefault="007E6900">
      <w:r>
        <w:t>nato/a a ______________________________________________ (____) il ____/____/________</w:t>
      </w:r>
    </w:p>
    <w:p w14:paraId="28ACDF7C" w14:textId="77777777" w:rsidR="0020514B" w:rsidRDefault="007E6900">
      <w:r>
        <w:t>codice fiscale ____________________________________________________________________</w:t>
      </w:r>
    </w:p>
    <w:p w14:paraId="0B067230" w14:textId="77777777" w:rsidR="0020514B" w:rsidRDefault="007E6900">
      <w:r>
        <w:t>residente a _____________________________________________ (____) CAP ________</w:t>
      </w:r>
      <w:r>
        <w:t>______</w:t>
      </w:r>
    </w:p>
    <w:p w14:paraId="1157629F" w14:textId="77777777" w:rsidR="0020514B" w:rsidRDefault="007E6900">
      <w:r>
        <w:t>in Via/Piazza __________________________________________________________ n. ________</w:t>
      </w:r>
    </w:p>
    <w:p w14:paraId="606F36AA" w14:textId="77777777" w:rsidR="0020514B" w:rsidRDefault="007E6900">
      <w:r>
        <w:t>telefono ______________________________ e-mail ____________________________________</w:t>
      </w:r>
    </w:p>
    <w:p w14:paraId="25910DD9" w14:textId="77777777" w:rsidR="0020514B" w:rsidRDefault="007E6900">
      <w:r>
        <w:t>PEC, se disponibile ____________________________________________________________</w:t>
      </w:r>
      <w:r>
        <w:t>__</w:t>
      </w:r>
    </w:p>
    <w:p w14:paraId="48CCFB7F" w14:textId="77777777" w:rsidR="0020514B" w:rsidRDefault="007E6900">
      <w:pPr>
        <w:jc w:val="center"/>
      </w:pPr>
      <w:r>
        <w:rPr>
          <w:b/>
          <w:sz w:val="24"/>
        </w:rPr>
        <w:t>CHIEDE</w:t>
      </w:r>
    </w:p>
    <w:p w14:paraId="7AD923C8" w14:textId="77777777" w:rsidR="0020514B" w:rsidRDefault="007E6900">
      <w:r>
        <w:t>di partecipare alla manifestazione di interesse indetta da MEDIALI Impresa Sociale S.r.l. per la selezione di n. 35 operatori da impiegare nelle attività previste dal progetto sopra indicato.</w:t>
      </w:r>
    </w:p>
    <w:p w14:paraId="773E9807" w14:textId="77777777" w:rsidR="0020514B" w:rsidRDefault="007E6900">
      <w:pPr>
        <w:jc w:val="center"/>
      </w:pPr>
      <w:r>
        <w:rPr>
          <w:b/>
          <w:sz w:val="24"/>
        </w:rPr>
        <w:t>A TAL FINE DICHIARA</w:t>
      </w:r>
    </w:p>
    <w:p w14:paraId="375B45CC" w14:textId="77777777" w:rsidR="0020514B" w:rsidRDefault="007E6900">
      <w:pPr>
        <w:pStyle w:val="Puntoelenco"/>
      </w:pPr>
      <w:r>
        <w:t>di aver compiuto il diciottesimo a</w:t>
      </w:r>
      <w:r>
        <w:t>nno di età;</w:t>
      </w:r>
    </w:p>
    <w:p w14:paraId="43916353" w14:textId="77777777" w:rsidR="0020514B" w:rsidRDefault="007E6900">
      <w:pPr>
        <w:pStyle w:val="Puntoelenco"/>
      </w:pPr>
      <w:r>
        <w:t>di essere in possesso del seguente titolo di studio: ____________________________________________, conseguito presso __________________________________________ nell’anno __________;</w:t>
      </w:r>
    </w:p>
    <w:p w14:paraId="3B9C342E" w14:textId="77777777" w:rsidR="0020514B" w:rsidRDefault="007E6900">
      <w:pPr>
        <w:pStyle w:val="Puntoelenco"/>
      </w:pPr>
      <w:r>
        <w:t>di possedere adeguate capacità comunicative e relazionali;</w:t>
      </w:r>
    </w:p>
    <w:p w14:paraId="728A980F" w14:textId="77777777" w:rsidR="0020514B" w:rsidRDefault="007E6900">
      <w:pPr>
        <w:pStyle w:val="Puntoelenco"/>
      </w:pPr>
      <w:r>
        <w:t>di possedere capacità nell’utilizzo degli strumenti informatici e digitali necessari alla raccolta, al caricamento e alla gestione dei dati;</w:t>
      </w:r>
    </w:p>
    <w:p w14:paraId="49F85F00" w14:textId="77777777" w:rsidR="0020514B" w:rsidRDefault="007E6900">
      <w:pPr>
        <w:pStyle w:val="Puntoelenco"/>
      </w:pPr>
      <w:r>
        <w:t>di essere disponibile a partecipare integralmente al percorso di formazione preliminare previsto prima dell’avvio d</w:t>
      </w:r>
      <w:r>
        <w:t>elle attività;</w:t>
      </w:r>
    </w:p>
    <w:p w14:paraId="58615E09" w14:textId="77777777" w:rsidR="0020514B" w:rsidRDefault="007E6900">
      <w:pPr>
        <w:pStyle w:val="Puntoelenco"/>
      </w:pPr>
      <w:r>
        <w:t>di essere disponibile allo svolgimento delle attività di rilevazione sul territorio della Regione Siciliana, secondo la programmazione e l’assegnazione territoriale definita da MEDIALI;</w:t>
      </w:r>
    </w:p>
    <w:p w14:paraId="2A6173B6" w14:textId="77777777" w:rsidR="0020514B" w:rsidRDefault="007E6900">
      <w:pPr>
        <w:pStyle w:val="Puntoelenco"/>
      </w:pPr>
      <w:r>
        <w:t>di essere disponibile a svolgere le attività di sommini</w:t>
      </w:r>
      <w:r>
        <w:t>strazione dei questionari ai consumatori, alle aziende della filiera lattiero-casearia e alle strutture commerciali, nonché le attività connesse di raccolta, verifica, caricamento, validazione e lavorazione dei dati;</w:t>
      </w:r>
    </w:p>
    <w:p w14:paraId="77A0CAEE" w14:textId="77777777" w:rsidR="0020514B" w:rsidRDefault="007E6900">
      <w:pPr>
        <w:pStyle w:val="Puntoelenco"/>
      </w:pPr>
      <w:r>
        <w:lastRenderedPageBreak/>
        <w:t>di impegnarsi a utilizzare le schede, g</w:t>
      </w:r>
      <w:r>
        <w:t>li strumenti informatici e le procedure operative predisposte nell’ambito del progetto e a rispettare gli standard qualitativi richiesti;</w:t>
      </w:r>
    </w:p>
    <w:p w14:paraId="6E96070B" w14:textId="77777777" w:rsidR="0020514B" w:rsidRDefault="007E6900">
      <w:pPr>
        <w:pStyle w:val="Puntoelenco"/>
      </w:pPr>
      <w:r>
        <w:t>di essere disponibile a partecipare alle attività di monitoraggio e agli incontri di coordinamento connessi allo svolg</w:t>
      </w:r>
      <w:r>
        <w:t>imento del progetto;</w:t>
      </w:r>
    </w:p>
    <w:p w14:paraId="0C991122" w14:textId="77777777" w:rsidR="0020514B" w:rsidRDefault="007E6900">
      <w:pPr>
        <w:pStyle w:val="Puntoelenco"/>
      </w:pPr>
      <w:r>
        <w:t>di impegnarsi al rispetto degli obblighi di riservatezza e delle disposizioni in materia di protezione dei dati personali;</w:t>
      </w:r>
    </w:p>
    <w:p w14:paraId="6732FAA0" w14:textId="77777777" w:rsidR="0020514B" w:rsidRDefault="007E6900">
      <w:pPr>
        <w:pStyle w:val="Puntoelenco"/>
      </w:pPr>
      <w:r>
        <w:t>di essere consapevole che la presentazione della candidatura non determina alcun diritto all’affidamento di inca</w:t>
      </w:r>
      <w:r>
        <w:t>richi né all’instaurazione di un rapporto di lavoro o collaborazione.</w:t>
      </w:r>
    </w:p>
    <w:p w14:paraId="29C5AB96" w14:textId="77777777" w:rsidR="0020514B" w:rsidRDefault="007E6900">
      <w:r>
        <w:t>Eventuali esperienze pregresse attinenti alle attività oggetto della selezione sono riportate nel curriculum vitae allegato.</w:t>
      </w:r>
    </w:p>
    <w:p w14:paraId="1F545CB5" w14:textId="77777777" w:rsidR="0020514B" w:rsidRDefault="007E6900">
      <w:pPr>
        <w:jc w:val="center"/>
      </w:pPr>
      <w:r>
        <w:rPr>
          <w:b/>
          <w:sz w:val="24"/>
        </w:rPr>
        <w:t>DISPONIBILITÀ TERRITORIALE</w:t>
      </w:r>
    </w:p>
    <w:p w14:paraId="02753C9C" w14:textId="77777777" w:rsidR="0020514B" w:rsidRDefault="007E6900">
      <w:r>
        <w:t>Il/La candidato/a dichiara la prop</w:t>
      </w:r>
      <w:r>
        <w:t>ria disponibilità a operare:</w:t>
      </w:r>
    </w:p>
    <w:p w14:paraId="66A2F0A1" w14:textId="77777777" w:rsidR="0020514B" w:rsidRDefault="007E6900">
      <w:r>
        <w:t>☐</w:t>
      </w:r>
      <w:r>
        <w:t xml:space="preserve"> Sicilia occidentale</w:t>
      </w:r>
    </w:p>
    <w:p w14:paraId="13F64708" w14:textId="77777777" w:rsidR="0020514B" w:rsidRDefault="007E6900">
      <w:r>
        <w:t>☐</w:t>
      </w:r>
      <w:r>
        <w:t xml:space="preserve"> Sicilia orientale</w:t>
      </w:r>
    </w:p>
    <w:p w14:paraId="6A0FAFA8" w14:textId="77777777" w:rsidR="0020514B" w:rsidRDefault="007E6900">
      <w:r>
        <w:t>☐</w:t>
      </w:r>
      <w:r>
        <w:t xml:space="preserve"> Intero territorio regionale</w:t>
      </w:r>
    </w:p>
    <w:p w14:paraId="76D2B13F" w14:textId="77777777" w:rsidR="0020514B" w:rsidRDefault="007E6900">
      <w:pPr>
        <w:jc w:val="center"/>
      </w:pPr>
      <w:r>
        <w:rPr>
          <w:b/>
          <w:sz w:val="24"/>
        </w:rPr>
        <w:t>ALLEGA</w:t>
      </w:r>
    </w:p>
    <w:p w14:paraId="0BE6A956" w14:textId="77777777" w:rsidR="0020514B" w:rsidRDefault="007E6900">
      <w:pPr>
        <w:pStyle w:val="Puntoelenco"/>
      </w:pPr>
      <w:r>
        <w:t>Curriculum vitae aggiornato, datato e sottoscritto.</w:t>
      </w:r>
    </w:p>
    <w:p w14:paraId="2AFB0E01" w14:textId="77777777" w:rsidR="0020514B" w:rsidRDefault="007E6900">
      <w:pPr>
        <w:pStyle w:val="Puntoelenco"/>
      </w:pPr>
      <w:r>
        <w:t>Copia di un documento di identità in corso di validità.</w:t>
      </w:r>
    </w:p>
    <w:p w14:paraId="7C54F3F5" w14:textId="77777777" w:rsidR="0020514B" w:rsidRDefault="007E6900">
      <w:r>
        <w:t>Il/La sottoscritto/a dichiara che le inf</w:t>
      </w:r>
      <w:r>
        <w:t>ormazioni riportate nella presente domanda e nel curriculum vitae allegato corrispondono al vero e autorizza MEDIALI Impresa Sociale S.r.l. al trattamento dei dati personali contenuti nella candidatura per le finalità connesse alla presente procedura di se</w:t>
      </w:r>
      <w:r>
        <w:t>lezione, nel rispetto della normativa vigente in materia di protezione dei dati personali.</w:t>
      </w:r>
    </w:p>
    <w:p w14:paraId="621FF5AA" w14:textId="77777777" w:rsidR="0020514B" w:rsidRDefault="007E6900">
      <w:r>
        <w:br/>
        <w:t>Luogo e data _________________________________</w:t>
      </w:r>
    </w:p>
    <w:p w14:paraId="7F2057BE" w14:textId="312A07B8" w:rsidR="0020514B" w:rsidRDefault="007E6900">
      <w:pPr>
        <w:jc w:val="right"/>
      </w:pPr>
      <w:proofErr w:type="spellStart"/>
      <w:r>
        <w:t>Firma</w:t>
      </w:r>
      <w:proofErr w:type="spellEnd"/>
      <w:r>
        <w:t xml:space="preserve"> del/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candidato</w:t>
      </w:r>
      <w:proofErr w:type="spellEnd"/>
      <w:r>
        <w:t>/a</w:t>
      </w:r>
      <w:r>
        <w:br/>
      </w:r>
      <w:r>
        <w:br/>
      </w:r>
      <w:r>
        <w:t>_</w:t>
      </w:r>
      <w:r>
        <w:t>_</w:t>
      </w:r>
      <w:r>
        <w:t>_</w:t>
      </w:r>
      <w:r>
        <w:t>_</w:t>
      </w:r>
      <w:r>
        <w:t>_________________</w:t>
      </w:r>
    </w:p>
    <w:sectPr w:rsidR="0020514B" w:rsidSect="00034616">
      <w:pgSz w:w="12240" w:h="15840"/>
      <w:pgMar w:top="73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514B"/>
    <w:rsid w:val="0029639D"/>
    <w:rsid w:val="00326F90"/>
    <w:rsid w:val="007E690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2FC44F"/>
  <w14:defaultImageDpi w14:val="300"/>
  <w15:docId w15:val="{7FA5DBC8-E6D3-47FE-BDEF-864289B21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Evelin Renda</cp:lastModifiedBy>
  <cp:revision>2</cp:revision>
  <dcterms:created xsi:type="dcterms:W3CDTF">2026-09-16T07:14:00Z</dcterms:created>
  <dcterms:modified xsi:type="dcterms:W3CDTF">2026-09-16T07:14:00Z</dcterms:modified>
  <cp:category/>
</cp:coreProperties>
</file>